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A774D" w14:textId="77777777" w:rsidR="00845040" w:rsidRPr="00FF3C18" w:rsidRDefault="00000000" w:rsidP="00FF3C1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3C18">
        <w:rPr>
          <w:rFonts w:ascii="Arial" w:hAnsi="Arial" w:cs="Arial"/>
          <w:b/>
          <w:bCs/>
          <w:sz w:val="28"/>
          <w:szCs w:val="28"/>
        </w:rPr>
        <w:t>Youth Ministry Core Agreement</w:t>
      </w:r>
    </w:p>
    <w:p w14:paraId="0A0BA91E" w14:textId="77777777" w:rsidR="00FF3C18" w:rsidRDefault="00FF3C18">
      <w:pPr>
        <w:rPr>
          <w:rFonts w:ascii="Arial" w:hAnsi="Arial" w:cs="Arial"/>
          <w:sz w:val="24"/>
          <w:szCs w:val="24"/>
        </w:rPr>
      </w:pPr>
    </w:p>
    <w:p w14:paraId="63551921" w14:textId="40DD6F82" w:rsidR="00845040" w:rsidRP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As a member of this core </w:t>
      </w:r>
      <w:proofErr w:type="gramStart"/>
      <w:r w:rsidRPr="00FF3C18">
        <w:rPr>
          <w:rFonts w:ascii="Arial" w:hAnsi="Arial" w:cs="Arial"/>
          <w:sz w:val="24"/>
          <w:szCs w:val="24"/>
        </w:rPr>
        <w:t>team</w:t>
      </w:r>
      <w:proofErr w:type="gramEnd"/>
      <w:r w:rsidRPr="00FF3C18">
        <w:rPr>
          <w:rFonts w:ascii="Arial" w:hAnsi="Arial" w:cs="Arial"/>
          <w:sz w:val="24"/>
          <w:szCs w:val="24"/>
        </w:rPr>
        <w:t xml:space="preserve"> you will have a certain number of responsibilities in which you will be expected to fulfill. These are set up to give you a clear understanding of what is expected. There are always </w:t>
      </w:r>
      <w:r w:rsidR="00FF3C18" w:rsidRPr="00FF3C18">
        <w:rPr>
          <w:rFonts w:ascii="Arial" w:hAnsi="Arial" w:cs="Arial"/>
          <w:sz w:val="24"/>
          <w:szCs w:val="24"/>
        </w:rPr>
        <w:t>exceptions,</w:t>
      </w:r>
      <w:r w:rsidRPr="00FF3C18">
        <w:rPr>
          <w:rFonts w:ascii="Arial" w:hAnsi="Arial" w:cs="Arial"/>
          <w:sz w:val="24"/>
          <w:szCs w:val="24"/>
        </w:rPr>
        <w:t xml:space="preserve"> and life does throw us curve balls, but in fairness to the teens you must do your best to meet these requirements.</w:t>
      </w:r>
    </w:p>
    <w:p w14:paraId="52B202EB" w14:textId="71C8E110" w:rsidR="00845040" w:rsidRPr="00FF3C18" w:rsidRDefault="00000000">
      <w:pPr>
        <w:rPr>
          <w:rFonts w:ascii="Arial" w:hAnsi="Arial" w:cs="Arial"/>
          <w:b/>
          <w:bCs/>
          <w:sz w:val="24"/>
          <w:szCs w:val="24"/>
        </w:rPr>
      </w:pPr>
      <w:r w:rsidRPr="00FF3C18">
        <w:rPr>
          <w:rFonts w:ascii="Arial" w:hAnsi="Arial" w:cs="Arial"/>
          <w:b/>
          <w:bCs/>
          <w:sz w:val="24"/>
          <w:szCs w:val="24"/>
        </w:rPr>
        <w:t>Responsibilities</w:t>
      </w:r>
      <w:r w:rsidR="00FF3C18" w:rsidRPr="00FF3C18">
        <w:rPr>
          <w:rFonts w:ascii="Arial" w:hAnsi="Arial" w:cs="Arial"/>
          <w:b/>
          <w:bCs/>
          <w:sz w:val="24"/>
          <w:szCs w:val="24"/>
        </w:rPr>
        <w:t>:</w:t>
      </w:r>
    </w:p>
    <w:p w14:paraId="1226DBD9" w14:textId="681F7C48" w:rsidR="00845040" w:rsidRPr="00FF3C18" w:rsidRDefault="00000000" w:rsidP="00FF3C1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Attend Core Team retreat/training (attending Core Team fellowship events is highly</w:t>
      </w:r>
    </w:p>
    <w:p w14:paraId="77CCCB93" w14:textId="6E784F65" w:rsidR="00845040" w:rsidRPr="00FF3C18" w:rsidRDefault="00000000" w:rsidP="00FF3C18">
      <w:pPr>
        <w:pStyle w:val="ListParagraph"/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encouraged, but is not required).</w:t>
      </w:r>
    </w:p>
    <w:p w14:paraId="06AACC01" w14:textId="3906666C" w:rsidR="00845040" w:rsidRPr="00FF3C18" w:rsidRDefault="00000000" w:rsidP="00FF3C1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Be present and participate at all Life Nights (within reason)</w:t>
      </w:r>
    </w:p>
    <w:p w14:paraId="6160F0BE" w14:textId="18473E82" w:rsidR="00845040" w:rsidRPr="00FF3C18" w:rsidRDefault="00000000" w:rsidP="00FF3C1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Attend Life Teen/E</w:t>
      </w:r>
      <w:r w:rsidR="00FF3C18">
        <w:rPr>
          <w:rFonts w:ascii="Arial" w:hAnsi="Arial" w:cs="Arial"/>
          <w:sz w:val="24"/>
          <w:szCs w:val="24"/>
        </w:rPr>
        <w:t>dge</w:t>
      </w:r>
      <w:r w:rsidRPr="00FF3C18">
        <w:rPr>
          <w:rFonts w:ascii="Arial" w:hAnsi="Arial" w:cs="Arial"/>
          <w:sz w:val="24"/>
          <w:szCs w:val="24"/>
        </w:rPr>
        <w:t xml:space="preserve"> retreats (if possible &amp; within reason)</w:t>
      </w:r>
    </w:p>
    <w:p w14:paraId="5F009392" w14:textId="3A508BDE" w:rsidR="00845040" w:rsidRPr="00FF3C18" w:rsidRDefault="00000000" w:rsidP="00FF3C1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Help facilitate one night per semester (this means helping to plan, pick up supplies, etc.</w:t>
      </w:r>
    </w:p>
    <w:p w14:paraId="342A2D1E" w14:textId="1B38FA75" w:rsidR="00845040" w:rsidRPr="00FF3C18" w:rsidRDefault="00FF3C18" w:rsidP="00FF3C1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000000" w:rsidRPr="00FF3C18">
        <w:rPr>
          <w:rFonts w:ascii="Arial" w:hAnsi="Arial" w:cs="Arial"/>
          <w:sz w:val="24"/>
          <w:szCs w:val="24"/>
        </w:rPr>
        <w:t>iving a talk is not expected of Core Team members</w:t>
      </w:r>
      <w:r>
        <w:rPr>
          <w:rFonts w:ascii="Arial" w:hAnsi="Arial" w:cs="Arial"/>
          <w:sz w:val="24"/>
          <w:szCs w:val="24"/>
        </w:rPr>
        <w:t xml:space="preserve"> unless they want to)</w:t>
      </w:r>
    </w:p>
    <w:p w14:paraId="5111B303" w14:textId="6B6023C5" w:rsidR="00845040" w:rsidRPr="00FF3C18" w:rsidRDefault="00000000" w:rsidP="00FF3C18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Take part in relational opportunities</w:t>
      </w:r>
    </w:p>
    <w:p w14:paraId="2CA1AB69" w14:textId="60203669" w:rsidR="00845040" w:rsidRP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For safety’s sake there are a </w:t>
      </w:r>
      <w:r w:rsidR="00FF3C18">
        <w:rPr>
          <w:rFonts w:ascii="Arial" w:hAnsi="Arial" w:cs="Arial"/>
          <w:sz w:val="24"/>
          <w:szCs w:val="24"/>
        </w:rPr>
        <w:t xml:space="preserve">few </w:t>
      </w:r>
      <w:r w:rsidRPr="00FF3C18">
        <w:rPr>
          <w:rFonts w:ascii="Arial" w:hAnsi="Arial" w:cs="Arial"/>
          <w:sz w:val="24"/>
          <w:szCs w:val="24"/>
        </w:rPr>
        <w:t xml:space="preserve">guidelines in which you must follow. They are </w:t>
      </w:r>
      <w:proofErr w:type="gramStart"/>
      <w:r w:rsidRPr="00FF3C18">
        <w:rPr>
          <w:rFonts w:ascii="Arial" w:hAnsi="Arial" w:cs="Arial"/>
          <w:sz w:val="24"/>
          <w:szCs w:val="24"/>
        </w:rPr>
        <w:t>fairly straight</w:t>
      </w:r>
      <w:proofErr w:type="gramEnd"/>
      <w:r w:rsidRPr="00FF3C18">
        <w:rPr>
          <w:rFonts w:ascii="Arial" w:hAnsi="Arial" w:cs="Arial"/>
          <w:sz w:val="24"/>
          <w:szCs w:val="24"/>
        </w:rPr>
        <w:t xml:space="preserve"> forward,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but these are essential and must be followed while being a member of this ministry.</w:t>
      </w:r>
    </w:p>
    <w:p w14:paraId="5139AFBD" w14:textId="77777777" w:rsidR="00845040" w:rsidRPr="00FF3C18" w:rsidRDefault="00000000">
      <w:pPr>
        <w:rPr>
          <w:rFonts w:ascii="Arial" w:hAnsi="Arial" w:cs="Arial"/>
          <w:b/>
          <w:bCs/>
          <w:sz w:val="24"/>
          <w:szCs w:val="24"/>
        </w:rPr>
      </w:pPr>
      <w:r w:rsidRPr="00FF3C18">
        <w:rPr>
          <w:rFonts w:ascii="Arial" w:hAnsi="Arial" w:cs="Arial"/>
          <w:b/>
          <w:bCs/>
          <w:sz w:val="24"/>
          <w:szCs w:val="24"/>
        </w:rPr>
        <w:t>Guidelines:</w:t>
      </w:r>
    </w:p>
    <w:p w14:paraId="2D17C246" w14:textId="30C15CEE" w:rsidR="00845040" w:rsidRPr="00FF3C18" w:rsidRDefault="00000000" w:rsidP="00FF3C18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Follow Diocesan Guidelines concerning </w:t>
      </w:r>
      <w:r w:rsidR="00FF3C18">
        <w:rPr>
          <w:rFonts w:ascii="Arial" w:hAnsi="Arial" w:cs="Arial"/>
          <w:sz w:val="24"/>
          <w:szCs w:val="24"/>
        </w:rPr>
        <w:t>Safe Haven</w:t>
      </w:r>
      <w:r w:rsidRPr="00FF3C18">
        <w:rPr>
          <w:rFonts w:ascii="Arial" w:hAnsi="Arial" w:cs="Arial"/>
          <w:sz w:val="24"/>
          <w:szCs w:val="24"/>
        </w:rPr>
        <w:t>, driver qualifications, etc.</w:t>
      </w:r>
    </w:p>
    <w:p w14:paraId="1688B655" w14:textId="3BC01C55" w:rsidR="00845040" w:rsidRPr="00FF3C18" w:rsidRDefault="00000000" w:rsidP="00FF3C18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Live authentic Catholic lifestyle (Sunday Mass and daily </w:t>
      </w:r>
      <w:proofErr w:type="gramStart"/>
      <w:r w:rsidRPr="00FF3C18">
        <w:rPr>
          <w:rFonts w:ascii="Arial" w:hAnsi="Arial" w:cs="Arial"/>
          <w:sz w:val="24"/>
          <w:szCs w:val="24"/>
        </w:rPr>
        <w:t>Mass</w:t>
      </w:r>
      <w:proofErr w:type="gramEnd"/>
      <w:r w:rsidRPr="00FF3C18">
        <w:rPr>
          <w:rFonts w:ascii="Arial" w:hAnsi="Arial" w:cs="Arial"/>
          <w:sz w:val="24"/>
          <w:szCs w:val="24"/>
        </w:rPr>
        <w:t xml:space="preserve"> if possible, daily prayer, frequent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Confession)</w:t>
      </w:r>
    </w:p>
    <w:p w14:paraId="240346DA" w14:textId="55A8699C" w:rsidR="00845040" w:rsidRPr="00FF3C18" w:rsidRDefault="00000000" w:rsidP="00FF3C18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No inappropriate relationships with tee</w:t>
      </w:r>
      <w:r w:rsidR="00FF3C18">
        <w:rPr>
          <w:rFonts w:ascii="Arial" w:hAnsi="Arial" w:cs="Arial"/>
          <w:sz w:val="24"/>
          <w:szCs w:val="24"/>
        </w:rPr>
        <w:t>n</w:t>
      </w:r>
      <w:r w:rsidRPr="00FF3C18">
        <w:rPr>
          <w:rFonts w:ascii="Arial" w:hAnsi="Arial" w:cs="Arial"/>
          <w:sz w:val="24"/>
          <w:szCs w:val="24"/>
        </w:rPr>
        <w:t>s (dating, hanging out</w:t>
      </w:r>
      <w:r w:rsidR="00FF3C18">
        <w:rPr>
          <w:rFonts w:ascii="Arial" w:hAnsi="Arial" w:cs="Arial"/>
          <w:sz w:val="24"/>
          <w:szCs w:val="24"/>
        </w:rPr>
        <w:t>, one on one messaging</w:t>
      </w:r>
      <w:r w:rsidRPr="00FF3C18">
        <w:rPr>
          <w:rFonts w:ascii="Arial" w:hAnsi="Arial" w:cs="Arial"/>
          <w:sz w:val="24"/>
          <w:szCs w:val="24"/>
        </w:rPr>
        <w:t>)</w:t>
      </w:r>
    </w:p>
    <w:p w14:paraId="42A5236D" w14:textId="77777777" w:rsidR="00FF3C18" w:rsidRDefault="00FF3C18" w:rsidP="00FF3C18">
      <w:pPr>
        <w:rPr>
          <w:rFonts w:ascii="Arial" w:hAnsi="Arial" w:cs="Arial"/>
          <w:sz w:val="24"/>
          <w:szCs w:val="24"/>
        </w:rPr>
      </w:pPr>
    </w:p>
    <w:p w14:paraId="7A3F610F" w14:textId="26F290AE" w:rsidR="00845040" w:rsidRPr="00FF3C18" w:rsidRDefault="00000000" w:rsidP="00FF3C18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There will also be events for the core team where we can grow together as a team in community and holiness.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These are highly recommended for our own edification and growth so we may better serve the teens, youth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group and church.</w:t>
      </w:r>
    </w:p>
    <w:p w14:paraId="6C7B6A71" w14:textId="77777777" w:rsidR="00845040" w:rsidRP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For Core Team:</w:t>
      </w:r>
    </w:p>
    <w:p w14:paraId="55AF63C4" w14:textId="29A27B6F" w:rsidR="00845040" w:rsidRPr="00FF3C18" w:rsidRDefault="00000000" w:rsidP="00FF3C18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Core </w:t>
      </w:r>
      <w:r w:rsidR="00FF3C18">
        <w:rPr>
          <w:rFonts w:ascii="Arial" w:hAnsi="Arial" w:cs="Arial"/>
          <w:sz w:val="24"/>
          <w:szCs w:val="24"/>
        </w:rPr>
        <w:t>t</w:t>
      </w:r>
      <w:r w:rsidRPr="00FF3C18">
        <w:rPr>
          <w:rFonts w:ascii="Arial" w:hAnsi="Arial" w:cs="Arial"/>
          <w:sz w:val="24"/>
          <w:szCs w:val="24"/>
        </w:rPr>
        <w:t xml:space="preserve">eam </w:t>
      </w:r>
      <w:r w:rsidR="00FF3C18">
        <w:rPr>
          <w:rFonts w:ascii="Arial" w:hAnsi="Arial" w:cs="Arial"/>
          <w:sz w:val="24"/>
          <w:szCs w:val="24"/>
        </w:rPr>
        <w:t>t</w:t>
      </w:r>
      <w:r w:rsidR="00FF3C18" w:rsidRPr="00FF3C18">
        <w:rPr>
          <w:rFonts w:ascii="Arial" w:hAnsi="Arial" w:cs="Arial"/>
          <w:sz w:val="24"/>
          <w:szCs w:val="24"/>
        </w:rPr>
        <w:t>raining</w:t>
      </w:r>
      <w:r w:rsidR="00FF3C18">
        <w:rPr>
          <w:rFonts w:ascii="Arial" w:hAnsi="Arial" w:cs="Arial"/>
          <w:sz w:val="24"/>
          <w:szCs w:val="24"/>
        </w:rPr>
        <w:t xml:space="preserve"> day</w:t>
      </w:r>
    </w:p>
    <w:p w14:paraId="449333A4" w14:textId="27733781" w:rsidR="00845040" w:rsidRPr="00FF3C18" w:rsidRDefault="00000000" w:rsidP="00FF3C18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Core training </w:t>
      </w:r>
      <w:r w:rsidR="00FF3C18">
        <w:rPr>
          <w:rFonts w:ascii="Arial" w:hAnsi="Arial" w:cs="Arial"/>
          <w:sz w:val="24"/>
          <w:szCs w:val="24"/>
        </w:rPr>
        <w:t>meeting</w:t>
      </w:r>
      <w:r w:rsidRPr="00FF3C18">
        <w:rPr>
          <w:rFonts w:ascii="Arial" w:hAnsi="Arial" w:cs="Arial"/>
          <w:sz w:val="24"/>
          <w:szCs w:val="24"/>
        </w:rPr>
        <w:t xml:space="preserve"> </w:t>
      </w:r>
      <w:r w:rsidR="00FF3C18">
        <w:rPr>
          <w:rFonts w:ascii="Arial" w:hAnsi="Arial" w:cs="Arial"/>
          <w:sz w:val="24"/>
          <w:szCs w:val="24"/>
        </w:rPr>
        <w:t>(quarterly)</w:t>
      </w:r>
    </w:p>
    <w:p w14:paraId="5E30E175" w14:textId="3D26F26A" w:rsidR="00845040" w:rsidRPr="00FF3C18" w:rsidRDefault="00000000" w:rsidP="00FF3C18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 xml:space="preserve">Core Socials </w:t>
      </w:r>
      <w:r w:rsidR="00FF3C18">
        <w:rPr>
          <w:rFonts w:ascii="Arial" w:hAnsi="Arial" w:cs="Arial"/>
          <w:sz w:val="24"/>
          <w:szCs w:val="24"/>
        </w:rPr>
        <w:t>(on occasion)</w:t>
      </w:r>
    </w:p>
    <w:p w14:paraId="42D6B0BC" w14:textId="35AAFA7A" w:rsidR="00845040" w:rsidRP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This agreement is a way to keep each other accountable and to ensure all expectations are understood. If these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guidelines and requirements are not kept, you may be asked to leave the core team. Th</w:t>
      </w:r>
      <w:r w:rsidR="00FF3C18">
        <w:rPr>
          <w:rFonts w:ascii="Arial" w:hAnsi="Arial" w:cs="Arial"/>
          <w:sz w:val="24"/>
          <w:szCs w:val="24"/>
        </w:rPr>
        <w:t>ese</w:t>
      </w:r>
      <w:r w:rsidRPr="00FF3C18">
        <w:rPr>
          <w:rFonts w:ascii="Arial" w:hAnsi="Arial" w:cs="Arial"/>
          <w:sz w:val="24"/>
          <w:szCs w:val="24"/>
        </w:rPr>
        <w:t xml:space="preserve"> rule</w:t>
      </w:r>
      <w:r w:rsidR="00FF3C18">
        <w:rPr>
          <w:rFonts w:ascii="Arial" w:hAnsi="Arial" w:cs="Arial"/>
          <w:sz w:val="24"/>
          <w:szCs w:val="24"/>
        </w:rPr>
        <w:t>s</w:t>
      </w:r>
      <w:r w:rsidRPr="00FF3C18">
        <w:rPr>
          <w:rFonts w:ascii="Arial" w:hAnsi="Arial" w:cs="Arial"/>
          <w:sz w:val="24"/>
          <w:szCs w:val="24"/>
        </w:rPr>
        <w:t xml:space="preserve"> </w:t>
      </w:r>
      <w:r w:rsidR="00FF3C18">
        <w:rPr>
          <w:rFonts w:ascii="Arial" w:hAnsi="Arial" w:cs="Arial"/>
          <w:sz w:val="24"/>
          <w:szCs w:val="24"/>
        </w:rPr>
        <w:t xml:space="preserve">are </w:t>
      </w:r>
      <w:r w:rsidRPr="00FF3C18">
        <w:rPr>
          <w:rFonts w:ascii="Arial" w:hAnsi="Arial" w:cs="Arial"/>
          <w:sz w:val="24"/>
          <w:szCs w:val="24"/>
        </w:rPr>
        <w:t>not in place to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 xml:space="preserve">be callous, but to be fair to the rest of the core team and </w:t>
      </w:r>
      <w:r w:rsidR="00FF3C18">
        <w:rPr>
          <w:rFonts w:ascii="Arial" w:hAnsi="Arial" w:cs="Arial"/>
          <w:sz w:val="24"/>
          <w:szCs w:val="24"/>
        </w:rPr>
        <w:t xml:space="preserve">to </w:t>
      </w:r>
      <w:r w:rsidRPr="00FF3C18">
        <w:rPr>
          <w:rFonts w:ascii="Arial" w:hAnsi="Arial" w:cs="Arial"/>
          <w:sz w:val="24"/>
          <w:szCs w:val="24"/>
        </w:rPr>
        <w:t>the teens. This is ministry needs everyone’s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commitment to be effective.</w:t>
      </w:r>
      <w:r w:rsidR="00FF3C18">
        <w:rPr>
          <w:rFonts w:ascii="Arial" w:hAnsi="Arial" w:cs="Arial"/>
          <w:sz w:val="24"/>
          <w:szCs w:val="24"/>
        </w:rPr>
        <w:t xml:space="preserve"> </w:t>
      </w:r>
      <w:r w:rsidRPr="00FF3C18">
        <w:rPr>
          <w:rFonts w:ascii="Arial" w:hAnsi="Arial" w:cs="Arial"/>
          <w:sz w:val="24"/>
          <w:szCs w:val="24"/>
        </w:rPr>
        <w:t>Again, we are excited that you are interested in helping with our youth group. Know that you are in our prayers</w:t>
      </w:r>
    </w:p>
    <w:p w14:paraId="4BCDF8D0" w14:textId="75505C51" w:rsid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and will continue to be in our prayers.</w:t>
      </w:r>
    </w:p>
    <w:p w14:paraId="22DDE51B" w14:textId="77777777" w:rsidR="00FF3C18" w:rsidRPr="00FF3C18" w:rsidRDefault="00FF3C18">
      <w:pPr>
        <w:rPr>
          <w:rFonts w:ascii="Arial" w:hAnsi="Arial" w:cs="Arial"/>
          <w:sz w:val="24"/>
          <w:szCs w:val="24"/>
        </w:rPr>
      </w:pPr>
    </w:p>
    <w:p w14:paraId="23459E7A" w14:textId="77777777" w:rsidR="00FF3C18" w:rsidRDefault="00FF3C18">
      <w:pPr>
        <w:rPr>
          <w:rFonts w:ascii="Arial" w:hAnsi="Arial" w:cs="Arial"/>
          <w:sz w:val="24"/>
          <w:szCs w:val="24"/>
        </w:rPr>
      </w:pPr>
    </w:p>
    <w:p w14:paraId="59663982" w14:textId="544CD99F" w:rsidR="00845040" w:rsidRPr="00FF3C18" w:rsidRDefault="00000000">
      <w:pPr>
        <w:rPr>
          <w:rFonts w:ascii="Arial" w:hAnsi="Arial" w:cs="Arial"/>
          <w:sz w:val="24"/>
          <w:szCs w:val="24"/>
        </w:rPr>
      </w:pPr>
      <w:r w:rsidRPr="00FF3C18">
        <w:rPr>
          <w:rFonts w:ascii="Arial" w:hAnsi="Arial" w:cs="Arial"/>
          <w:sz w:val="24"/>
          <w:szCs w:val="24"/>
        </w:rPr>
        <w:t>Signature</w:t>
      </w:r>
      <w:r w:rsidR="00FF3C18">
        <w:rPr>
          <w:rFonts w:ascii="Arial" w:hAnsi="Arial" w:cs="Arial"/>
          <w:sz w:val="24"/>
          <w:szCs w:val="24"/>
        </w:rPr>
        <w:t>________________________________</w:t>
      </w:r>
      <w:r w:rsidRPr="00FF3C18">
        <w:rPr>
          <w:rFonts w:ascii="Arial" w:hAnsi="Arial" w:cs="Arial"/>
          <w:sz w:val="24"/>
          <w:szCs w:val="24"/>
        </w:rPr>
        <w:t xml:space="preserve"> </w:t>
      </w:r>
      <w:r w:rsidR="00FF3C18">
        <w:rPr>
          <w:rFonts w:ascii="Arial" w:hAnsi="Arial" w:cs="Arial"/>
          <w:sz w:val="24"/>
          <w:szCs w:val="24"/>
        </w:rPr>
        <w:t xml:space="preserve">                               </w:t>
      </w:r>
      <w:r w:rsidRPr="00FF3C18">
        <w:rPr>
          <w:rFonts w:ascii="Arial" w:hAnsi="Arial" w:cs="Arial"/>
          <w:sz w:val="24"/>
          <w:szCs w:val="24"/>
        </w:rPr>
        <w:t>Date</w:t>
      </w:r>
      <w:r w:rsidR="00FF3C18">
        <w:rPr>
          <w:rFonts w:ascii="Arial" w:hAnsi="Arial" w:cs="Arial"/>
          <w:sz w:val="24"/>
          <w:szCs w:val="24"/>
        </w:rPr>
        <w:t>_________________</w:t>
      </w:r>
    </w:p>
    <w:sectPr w:rsidR="00845040" w:rsidRPr="00FF3C18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346354"/>
    <w:multiLevelType w:val="hybridMultilevel"/>
    <w:tmpl w:val="CA129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C03691"/>
    <w:multiLevelType w:val="hybridMultilevel"/>
    <w:tmpl w:val="1F36B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32867"/>
    <w:multiLevelType w:val="hybridMultilevel"/>
    <w:tmpl w:val="42AAC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462179">
    <w:abstractNumId w:val="8"/>
  </w:num>
  <w:num w:numId="2" w16cid:durableId="491871127">
    <w:abstractNumId w:val="6"/>
  </w:num>
  <w:num w:numId="3" w16cid:durableId="118768779">
    <w:abstractNumId w:val="5"/>
  </w:num>
  <w:num w:numId="4" w16cid:durableId="407272574">
    <w:abstractNumId w:val="4"/>
  </w:num>
  <w:num w:numId="5" w16cid:durableId="2122334706">
    <w:abstractNumId w:val="7"/>
  </w:num>
  <w:num w:numId="6" w16cid:durableId="1616447540">
    <w:abstractNumId w:val="3"/>
  </w:num>
  <w:num w:numId="7" w16cid:durableId="1770546945">
    <w:abstractNumId w:val="2"/>
  </w:num>
  <w:num w:numId="8" w16cid:durableId="486674826">
    <w:abstractNumId w:val="1"/>
  </w:num>
  <w:num w:numId="9" w16cid:durableId="1965304218">
    <w:abstractNumId w:val="0"/>
  </w:num>
  <w:num w:numId="10" w16cid:durableId="592934074">
    <w:abstractNumId w:val="9"/>
  </w:num>
  <w:num w:numId="11" w16cid:durableId="1097167704">
    <w:abstractNumId w:val="10"/>
  </w:num>
  <w:num w:numId="12" w16cid:durableId="18781576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0E"/>
    <w:rsid w:val="00034616"/>
    <w:rsid w:val="0006063C"/>
    <w:rsid w:val="0015074B"/>
    <w:rsid w:val="0029639D"/>
    <w:rsid w:val="00326F90"/>
    <w:rsid w:val="004426FD"/>
    <w:rsid w:val="00845040"/>
    <w:rsid w:val="00AA1D8D"/>
    <w:rsid w:val="00B47730"/>
    <w:rsid w:val="00CB0664"/>
    <w:rsid w:val="00FC693F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22FC89"/>
  <w14:defaultImageDpi w14:val="300"/>
  <w15:docId w15:val="{74F2F8A8-8A8C-4547-8DA7-2629A7BA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Harley, Magical Moments Vacations</cp:lastModifiedBy>
  <cp:revision>2</cp:revision>
  <dcterms:created xsi:type="dcterms:W3CDTF">2026-08-25T21:44:00Z</dcterms:created>
  <dcterms:modified xsi:type="dcterms:W3CDTF">2026-08-25T21:44:00Z</dcterms:modified>
  <cp:category/>
</cp:coreProperties>
</file>